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</w:rPr>
        <w:t>Contoh Surat Pemberitahuan Tunggakan SPP</w:t>
      </w:r>
    </w:p>
    <w:p>
      <w:pPr>
        <w:spacing w:after="280"/>
        <w:jc w:val="center"/>
      </w:pPr>
      <w:r>
        <w:rPr>
          <w:b w:val="0"/>
        </w:rPr>
        <w:t>Disusun oleh Tim Lentera (lentera.corevantsolutions.com). Bebas dipakai dan diubah.</w:t>
      </w:r>
    </w:p>
    <w:p>
      <w:pPr>
        <w:spacing w:after="40"/>
      </w:pPr>
      <w:r>
        <w:rPr>
          <w:b/>
        </w:rPr>
        <w:t>Cara memakai:</w:t>
      </w:r>
    </w:p>
    <w:p>
      <w:pPr>
        <w:pStyle w:val="ListNumber"/>
      </w:pPr>
      <w:r>
        <w:t>Ganti semua teks dalam [kurung siku] dengan data sekolah dan wali murid.</w:t>
      </w:r>
    </w:p>
    <w:p>
      <w:pPr>
        <w:pStyle w:val="ListNumber"/>
      </w:pPr>
      <w:r>
        <w:t>Surat 1 untuk pemberitahuan pertama. Surat 2 dikirim sekitar dua minggu kemudian bila belum ada tanggapan. Surat 3 dipakai bila tunggakan lebih dari tiga bulan.</w:t>
      </w:r>
    </w:p>
    <w:p>
      <w:pPr>
        <w:pStyle w:val="ListNumber"/>
      </w:pPr>
      <w:r>
        <w:t>Kirim dalam amplop tertutup yang ditujukan ke wali murid, atau langsung ke WhatsApp wali. Jangan diumumkan di kelas atau grup.</w:t>
      </w:r>
    </w:p>
    <w:p>
      <w:pPr>
        <w:pStyle w:val="ListNumber"/>
      </w:pPr>
      <w:r>
        <w:t>Sesuaikan salam pembuka dan penutup dengan kebiasaan sekolah.</w:t>
      </w:r>
    </w:p>
    <w:p>
      <w:pPr>
        <w:spacing w:after="40"/>
      </w:pPr>
      <w:r>
        <w:rPr>
          <w:b w:val="0"/>
        </w:rPr>
      </w:r>
    </w:p>
    <w:p>
      <w:pPr>
        <w:spacing w:after="0"/>
      </w:pPr>
      <w:r>
        <w:rPr>
          <w:b w:val="0"/>
        </w:rPr>
        <w:t>Panduan lengkap: lentera.corevantsolutions.com/panduan/surat-tunggakan-spp/</w:t>
      </w:r>
    </w:p>
    <w:p>
      <w:r>
        <w:br w:type="page"/>
      </w:r>
    </w:p>
    <w:p>
      <w:pPr>
        <w:spacing w:after="120"/>
        <w:jc w:val="center"/>
      </w:pPr>
      <w:r>
        <w:rPr>
          <w:b/>
        </w:rPr>
        <w:t>[KOP SEKOLAH: nama sekolah, alamat, telepon, email]</w:t>
      </w:r>
    </w:p>
    <w:p>
      <w:pPr>
        <w:spacing w:after="200"/>
        <w:jc w:val="center"/>
      </w:pPr>
      <w:r>
        <w:rPr>
          <w:b w:val="0"/>
        </w:rPr>
        <w:t>______________________________________________________________________________</w:t>
      </w:r>
    </w:p>
    <w:p>
      <w:pPr>
        <w:spacing w:after="0"/>
      </w:pPr>
      <w:r>
        <w:rPr>
          <w:b w:val="0"/>
        </w:rPr>
        <w:t>Nomor</w:t>
        <w:tab/>
        <w:t>: [nomor surat]</w:t>
      </w:r>
    </w:p>
    <w:p>
      <w:pPr>
        <w:spacing w:after="0"/>
      </w:pPr>
      <w:r>
        <w:rPr>
          <w:b w:val="0"/>
        </w:rPr>
        <w:t>Lampiran</w:t>
        <w:tab/>
        <w:t>: -</w:t>
      </w:r>
    </w:p>
    <w:p>
      <w:pPr>
        <w:spacing w:after="240"/>
      </w:pPr>
      <w:r>
        <w:rPr>
          <w:b/>
        </w:rPr>
        <w:t>Perihal</w:t>
        <w:tab/>
        <w:t>: Pemberitahuan Administrasi Keuangan</w:t>
      </w:r>
    </w:p>
    <w:p>
      <w:pPr>
        <w:spacing w:after="0"/>
      </w:pPr>
      <w:r>
        <w:rPr>
          <w:b w:val="0"/>
        </w:rPr>
        <w:t>Yth. Bapak/Ibu [nama wali murid]</w:t>
      </w:r>
    </w:p>
    <w:p>
      <w:pPr>
        <w:spacing w:after="0"/>
      </w:pPr>
      <w:r>
        <w:rPr>
          <w:b w:val="0"/>
        </w:rPr>
        <w:t>Orang tua/wali dari [nama siswa], kelas [kelas]</w:t>
      </w:r>
    </w:p>
    <w:p>
      <w:pPr>
        <w:spacing w:after="240"/>
      </w:pPr>
      <w:r>
        <w:rPr>
          <w:b w:val="0"/>
        </w:rPr>
        <w:t>di tempat</w:t>
      </w:r>
    </w:p>
    <w:p>
      <w:pPr>
        <w:spacing w:after="120"/>
      </w:pPr>
      <w:r>
        <w:rPr>
          <w:b w:val="0"/>
        </w:rPr>
        <w:t>Assalamu'alaikum warahmatullahi wabarakatuh.</w:t>
      </w:r>
    </w:p>
    <w:p>
      <w:pPr>
        <w:spacing w:after="120"/>
      </w:pPr>
      <w:r>
        <w:rPr>
          <w:b w:val="0"/>
        </w:rPr>
        <w:t>Semoga Bapak/Ibu sekeluarga dalam keadaan sehat. Berdasarkan catatan kami hingga [tanggal], pembayaran SPP ananda untuk bulan berikut belum tercatat: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</w:rPr>
              <w:t>Bulan</w:t>
            </w:r>
          </w:p>
        </w:tc>
        <w:tc>
          <w:tcPr>
            <w:tcW w:type="dxa" w:w="4703"/>
          </w:tcPr>
          <w:p>
            <w:r>
              <w:rPr>
                <w:b/>
              </w:rPr>
              <w:t>Nominal</w:t>
            </w:r>
          </w:p>
        </w:tc>
      </w:tr>
      <w:tr>
        <w:tc>
          <w:tcPr>
            <w:tcW w:type="dxa" w:w="4703"/>
          </w:tcPr>
          <w:p>
            <w:r>
              <w:t>[bulan]</w:t>
            </w:r>
          </w:p>
        </w:tc>
        <w:tc>
          <w:tcPr>
            <w:tcW w:type="dxa" w:w="4703"/>
          </w:tcPr>
          <w:p>
            <w:r>
              <w:t>Rp[nominal]</w:t>
            </w:r>
          </w:p>
        </w:tc>
      </w:tr>
      <w:tr>
        <w:tc>
          <w:tcPr>
            <w:tcW w:type="dxa" w:w="4703"/>
          </w:tcPr>
          <w:p>
            <w:r>
              <w:t>[bulan]</w:t>
            </w:r>
          </w:p>
        </w:tc>
        <w:tc>
          <w:tcPr>
            <w:tcW w:type="dxa" w:w="4703"/>
          </w:tcPr>
          <w:p>
            <w:r>
              <w:t>Rp[nominal]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703"/>
          </w:tcPr>
          <w:p>
            <w:r>
              <w:rPr>
                <w:b/>
              </w:rPr>
              <w:t>Rp[total]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120"/>
      </w:pPr>
      <w:r>
        <w:rPr>
          <w:b w:val="0"/>
        </w:rPr>
        <w:t>Pembayaran dapat dilakukan melalui [rekening/VA sekolah] paling lambat [tanggal]. Apabila Bapak/Ibu sudah melakukan pembayaran, mohon abaikan surat ini, atau kirimkan bukti transfer ke [nama petugas, nomor WA] agar catatan kami dapat diperbaiki.</w:t>
      </w:r>
    </w:p>
    <w:p>
      <w:pPr>
        <w:spacing w:after="120"/>
      </w:pPr>
      <w:r>
        <w:rPr>
          <w:b w:val="0"/>
        </w:rPr>
        <w:t>Atas perhatian dan kerja sama Bapak/Ibu, kami ucapkan terima kasih.</w:t>
      </w:r>
    </w:p>
    <w:p>
      <w:pPr>
        <w:spacing w:after="240"/>
      </w:pPr>
      <w:r>
        <w:rPr>
          <w:b w:val="0"/>
        </w:rPr>
        <w:t>Wassalamu'alaikum warahmatullahi wabarakatuh.</w:t>
      </w:r>
    </w:p>
    <w:p>
      <w:pPr>
        <w:spacing w:after="0"/>
      </w:pPr>
      <w:r>
        <w:rPr>
          <w:b w:val="0"/>
        </w:rPr>
        <w:t>[Kota], [tanggal]</w:t>
      </w:r>
    </w:p>
    <w:p>
      <w:pPr>
        <w:spacing w:after="960"/>
      </w:pPr>
      <w:r>
        <w:rPr>
          <w:b w:val="0"/>
        </w:rPr>
        <w:t>[Jabatan: Bendahara / Kepala Tata Usaha]</w:t>
      </w:r>
    </w:p>
    <w:p>
      <w:pPr>
        <w:spacing w:after="0"/>
      </w:pPr>
      <w:r>
        <w:rPr>
          <w:b/>
        </w:rPr>
        <w:t>[Nama lengkap]</w:t>
      </w:r>
    </w:p>
    <w:p>
      <w:r>
        <w:br w:type="page"/>
      </w:r>
    </w:p>
    <w:p>
      <w:pPr>
        <w:spacing w:after="120"/>
        <w:jc w:val="center"/>
      </w:pPr>
      <w:r>
        <w:rPr>
          <w:b/>
        </w:rPr>
        <w:t>[KOP SEKOLAH: nama sekolah, alamat, telepon, email]</w:t>
      </w:r>
    </w:p>
    <w:p>
      <w:pPr>
        <w:spacing w:after="200"/>
        <w:jc w:val="center"/>
      </w:pPr>
      <w:r>
        <w:rPr>
          <w:b w:val="0"/>
        </w:rPr>
        <w:t>______________________________________________________________________________</w:t>
      </w:r>
    </w:p>
    <w:p>
      <w:pPr>
        <w:spacing w:after="0"/>
      </w:pPr>
      <w:r>
        <w:rPr>
          <w:b w:val="0"/>
        </w:rPr>
        <w:t>Nomor</w:t>
        <w:tab/>
        <w:t>: [nomor surat]</w:t>
      </w:r>
    </w:p>
    <w:p>
      <w:pPr>
        <w:spacing w:after="0"/>
      </w:pPr>
      <w:r>
        <w:rPr>
          <w:b w:val="0"/>
        </w:rPr>
        <w:t>Lampiran</w:t>
        <w:tab/>
        <w:t>: -</w:t>
      </w:r>
    </w:p>
    <w:p>
      <w:pPr>
        <w:spacing w:after="240"/>
      </w:pPr>
      <w:r>
        <w:rPr>
          <w:b/>
        </w:rPr>
        <w:t>Perihal</w:t>
        <w:tab/>
        <w:t>: Pemberitahuan Kedua Administrasi Keuangan</w:t>
      </w:r>
    </w:p>
    <w:p>
      <w:pPr>
        <w:spacing w:after="0"/>
      </w:pPr>
      <w:r>
        <w:rPr>
          <w:b w:val="0"/>
        </w:rPr>
        <w:t>Yth. Bapak/Ibu [nama wali murid]</w:t>
      </w:r>
    </w:p>
    <w:p>
      <w:pPr>
        <w:spacing w:after="0"/>
      </w:pPr>
      <w:r>
        <w:rPr>
          <w:b w:val="0"/>
        </w:rPr>
        <w:t>Orang tua/wali dari [nama siswa], kelas [kelas]</w:t>
      </w:r>
    </w:p>
    <w:p>
      <w:pPr>
        <w:spacing w:after="240"/>
      </w:pPr>
      <w:r>
        <w:rPr>
          <w:b w:val="0"/>
        </w:rPr>
        <w:t>di tempat</w:t>
      </w:r>
    </w:p>
    <w:p>
      <w:pPr>
        <w:spacing w:after="120"/>
      </w:pPr>
      <w:r>
        <w:rPr>
          <w:b w:val="0"/>
        </w:rPr>
        <w:t>Assalamu'alaikum warahmatullahi wabarakatuh.</w:t>
      </w:r>
    </w:p>
    <w:p>
      <w:pPr>
        <w:spacing w:after="120"/>
      </w:pPr>
      <w:r>
        <w:rPr>
          <w:b w:val="0"/>
        </w:rPr>
        <w:t>Menindaklanjuti surat kami tertanggal [tanggal surat pertama], hingga [tanggal] pembayaran SPP ananda untuk bulan berikut belum tercatat dalam administrasi kami: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</w:rPr>
              <w:t>Bulan</w:t>
            </w:r>
          </w:p>
        </w:tc>
        <w:tc>
          <w:tcPr>
            <w:tcW w:type="dxa" w:w="4703"/>
          </w:tcPr>
          <w:p>
            <w:r>
              <w:rPr>
                <w:b/>
              </w:rPr>
              <w:t>Nominal</w:t>
            </w:r>
          </w:p>
        </w:tc>
      </w:tr>
      <w:tr>
        <w:tc>
          <w:tcPr>
            <w:tcW w:type="dxa" w:w="4703"/>
          </w:tcPr>
          <w:p>
            <w:r>
              <w:t>[bulan]</w:t>
            </w:r>
          </w:p>
        </w:tc>
        <w:tc>
          <w:tcPr>
            <w:tcW w:type="dxa" w:w="4703"/>
          </w:tcPr>
          <w:p>
            <w:r>
              <w:t>Rp[nominal]</w:t>
            </w:r>
          </w:p>
        </w:tc>
      </w:tr>
      <w:tr>
        <w:tc>
          <w:tcPr>
            <w:tcW w:type="dxa" w:w="4703"/>
          </w:tcPr>
          <w:p>
            <w:r>
              <w:t>[bulan]</w:t>
            </w:r>
          </w:p>
        </w:tc>
        <w:tc>
          <w:tcPr>
            <w:tcW w:type="dxa" w:w="4703"/>
          </w:tcPr>
          <w:p>
            <w:r>
              <w:t>Rp[nominal]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703"/>
          </w:tcPr>
          <w:p>
            <w:r>
              <w:rPr>
                <w:b/>
              </w:rPr>
              <w:t>Rp[total]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120"/>
      </w:pPr>
      <w:r>
        <w:rPr>
          <w:b w:val="0"/>
        </w:rPr>
        <w:t>Kami memahami setiap keluarga bisa menghadapi kondisi yang berbeda. Apabila Bapak/Ibu memerlukan keringanan berupa pembayaran bertahap, kami mempersilakan Bapak/Ibu menghubungi [nama petugas, nomor WA] untuk membicarakan jadwal yang memungkinkan.</w:t>
      </w:r>
    </w:p>
    <w:p>
      <w:pPr>
        <w:spacing w:after="120"/>
      </w:pPr>
      <w:r>
        <w:rPr>
          <w:b w:val="0"/>
        </w:rPr>
        <w:t>Apabila pembayaran sudah dilakukan, mohon abaikan surat ini dan kirimkan bukti transfernya kepada kami. Terima kasih atas perhatian Bapak/Ibu.</w:t>
      </w:r>
    </w:p>
    <w:p>
      <w:pPr>
        <w:spacing w:after="240"/>
      </w:pPr>
      <w:r>
        <w:rPr>
          <w:b w:val="0"/>
        </w:rPr>
        <w:t>Wassalamu'alaikum warahmatullahi wabarakatuh.</w:t>
      </w:r>
    </w:p>
    <w:p>
      <w:pPr>
        <w:spacing w:after="0"/>
      </w:pPr>
      <w:r>
        <w:rPr>
          <w:b w:val="0"/>
        </w:rPr>
        <w:t>[Kota], [tanggal]</w:t>
      </w:r>
    </w:p>
    <w:p>
      <w:pPr>
        <w:spacing w:after="960"/>
      </w:pPr>
      <w:r>
        <w:rPr>
          <w:b w:val="0"/>
        </w:rPr>
        <w:t>[Jabatan: Bendahara / Kepala Tata Usaha]</w:t>
      </w:r>
    </w:p>
    <w:p>
      <w:pPr>
        <w:spacing w:after="0"/>
      </w:pPr>
      <w:r>
        <w:rPr>
          <w:b/>
        </w:rPr>
        <w:t>[Nama lengkap]</w:t>
      </w:r>
    </w:p>
    <w:p>
      <w:r>
        <w:br w:type="page"/>
      </w:r>
    </w:p>
    <w:p>
      <w:pPr>
        <w:spacing w:after="120"/>
        <w:jc w:val="center"/>
      </w:pPr>
      <w:r>
        <w:rPr>
          <w:b/>
        </w:rPr>
        <w:t>[KOP SEKOLAH: nama sekolah, alamat, telepon, email]</w:t>
      </w:r>
    </w:p>
    <w:p>
      <w:pPr>
        <w:spacing w:after="200"/>
        <w:jc w:val="center"/>
      </w:pPr>
      <w:r>
        <w:rPr>
          <w:b w:val="0"/>
        </w:rPr>
        <w:t>______________________________________________________________________________</w:t>
      </w:r>
    </w:p>
    <w:p>
      <w:pPr>
        <w:spacing w:after="0"/>
      </w:pPr>
      <w:r>
        <w:rPr>
          <w:b w:val="0"/>
        </w:rPr>
        <w:t>Nomor</w:t>
        <w:tab/>
        <w:t>: [nomor surat]</w:t>
      </w:r>
    </w:p>
    <w:p>
      <w:pPr>
        <w:spacing w:after="0"/>
      </w:pPr>
      <w:r>
        <w:rPr>
          <w:b w:val="0"/>
        </w:rPr>
        <w:t>Lampiran</w:t>
        <w:tab/>
        <w:t>: -</w:t>
      </w:r>
    </w:p>
    <w:p>
      <w:pPr>
        <w:spacing w:after="240"/>
      </w:pPr>
      <w:r>
        <w:rPr>
          <w:b/>
        </w:rPr>
        <w:t>Perihal</w:t>
        <w:tab/>
        <w:t>: Undangan Musyawarah Administrasi Keuangan</w:t>
      </w:r>
    </w:p>
    <w:p>
      <w:pPr>
        <w:spacing w:after="0"/>
      </w:pPr>
      <w:r>
        <w:rPr>
          <w:b w:val="0"/>
        </w:rPr>
        <w:t>Yth. Bapak/Ibu [nama wali murid]</w:t>
      </w:r>
    </w:p>
    <w:p>
      <w:pPr>
        <w:spacing w:after="0"/>
      </w:pPr>
      <w:r>
        <w:rPr>
          <w:b w:val="0"/>
        </w:rPr>
        <w:t>Orang tua/wali dari [nama siswa], kelas [kelas]</w:t>
      </w:r>
    </w:p>
    <w:p>
      <w:pPr>
        <w:spacing w:after="240"/>
      </w:pPr>
      <w:r>
        <w:rPr>
          <w:b w:val="0"/>
        </w:rPr>
        <w:t>di tempat</w:t>
      </w:r>
    </w:p>
    <w:p>
      <w:pPr>
        <w:spacing w:after="120"/>
      </w:pPr>
      <w:r>
        <w:rPr>
          <w:b w:val="0"/>
        </w:rPr>
        <w:t>Assalamu'alaikum warahmatullahi wabarakatuh.</w:t>
      </w:r>
    </w:p>
    <w:p>
      <w:pPr>
        <w:spacing w:after="120"/>
      </w:pPr>
      <w:r>
        <w:rPr>
          <w:b w:val="0"/>
        </w:rPr>
        <w:t>Sehubungan dengan administrasi keuangan ananda [nama siswa] untuk bulan [daftar bulan] sebesar Rp[total], kami mengundang Bapak/Ibu untuk bermusyawarah bersama kami pada:</w:t>
      </w:r>
    </w:p>
    <w:p>
      <w:pPr>
        <w:spacing w:after="0"/>
      </w:pPr>
      <w:r>
        <w:rPr>
          <w:b w:val="0"/>
        </w:rPr>
        <w:t>Hari/tanggal</w:t>
        <w:tab/>
        <w:t>: [hari, tanggal]</w:t>
      </w:r>
    </w:p>
    <w:p>
      <w:pPr>
        <w:spacing w:after="0"/>
      </w:pPr>
      <w:r>
        <w:rPr>
          <w:b w:val="0"/>
        </w:rPr>
        <w:t>Waktu</w:t>
        <w:tab/>
        <w:tab/>
        <w:t>: [jam]</w:t>
      </w:r>
    </w:p>
    <w:p>
      <w:pPr>
        <w:spacing w:after="0"/>
      </w:pPr>
      <w:r>
        <w:rPr>
          <w:b w:val="0"/>
        </w:rPr>
        <w:t>Tempat</w:t>
        <w:tab/>
        <w:tab/>
        <w:t>: Ruang Tata Usaha [nama sekolah]</w:t>
      </w:r>
    </w:p>
    <w:p>
      <w:pPr>
        <w:spacing w:after="80"/>
      </w:pPr>
      <w:r>
        <w:rPr>
          <w:b w:val="0"/>
        </w:rPr>
      </w:r>
    </w:p>
    <w:p>
      <w:pPr>
        <w:spacing w:after="120"/>
      </w:pPr>
      <w:r>
        <w:rPr>
          <w:b w:val="0"/>
        </w:rPr>
        <w:t>Pertemuan ini bertujuan mencari jalan keluar terbaik bersama, termasuk kemungkinan pembayaran bertahap. Apabila waktu tersebut tidak memungkinkan, mohon kabari kami di [nomor WA] agar dapat dijadwalkan ulang.</w:t>
      </w:r>
    </w:p>
    <w:p>
      <w:pPr>
        <w:spacing w:after="120"/>
      </w:pPr>
      <w:r>
        <w:rPr>
          <w:b w:val="0"/>
        </w:rPr>
        <w:t>Atas perhatian dan kehadiran Bapak/Ibu, kami ucapkan terima kasih.</w:t>
      </w:r>
    </w:p>
    <w:p>
      <w:pPr>
        <w:spacing w:after="240"/>
      </w:pPr>
      <w:r>
        <w:rPr>
          <w:b w:val="0"/>
        </w:rPr>
        <w:t>Wassalamu'alaikum warahmatullahi wabarakatuh.</w:t>
      </w:r>
    </w:p>
    <w:p>
      <w:pPr>
        <w:spacing w:after="0"/>
      </w:pPr>
      <w:r>
        <w:rPr>
          <w:b w:val="0"/>
        </w:rPr>
        <w:t>[Kota], [tanggal]</w:t>
      </w:r>
    </w:p>
    <w:p>
      <w:pPr>
        <w:spacing w:after="960"/>
      </w:pPr>
      <w:r>
        <w:rPr>
          <w:b w:val="0"/>
        </w:rPr>
        <w:t>[Jabatan: Bendahara / Kepala Tata Usaha]</w:t>
      </w:r>
    </w:p>
    <w:p>
      <w:pPr>
        <w:spacing w:after="0"/>
      </w:pPr>
      <w:r>
        <w:rPr>
          <w:b/>
        </w:rPr>
        <w:t>[Nama lengkap]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Contoh Surat Pemberitahuan Tunggakan SPP</dc:title>
  <dc:subject/>
  <dc:creator>Tim Lentera, Corevant Digital Solutions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